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BB11B" w14:textId="5EBA1C7D" w:rsidR="009C20F4" w:rsidRPr="003A74EA" w:rsidRDefault="00B963C7">
      <w:pPr>
        <w:jc w:val="center"/>
      </w:pPr>
      <w:bookmarkStart w:id="0" w:name="_GoBack"/>
      <w:bookmarkEnd w:id="0"/>
      <w:r w:rsidRPr="003A74EA">
        <w:rPr>
          <w:b/>
          <w:sz w:val="26"/>
        </w:rPr>
        <w:t>DANE KONTAKTOWE DO RODZICÓW (OPIEKUNÓW PRAWNYCH)</w:t>
      </w:r>
      <w:r w:rsidR="00DF0AD3" w:rsidRPr="003A74EA">
        <w:rPr>
          <w:b/>
          <w:sz w:val="26"/>
        </w:rPr>
        <w:t xml:space="preserve"> </w:t>
      </w:r>
      <w:r w:rsidRPr="003A74EA">
        <w:rPr>
          <w:b/>
          <w:sz w:val="26"/>
        </w:rPr>
        <w:br/>
      </w:r>
      <w:r w:rsidRPr="003A74EA">
        <w:rPr>
          <w:b/>
          <w:sz w:val="22"/>
        </w:rPr>
        <w:t>ADRES ZAMIESZKANIA:</w:t>
      </w:r>
    </w:p>
    <w:tbl>
      <w:tblPr>
        <w:tblStyle w:val="Tabela-Siatka"/>
        <w:tblW w:w="10875" w:type="dxa"/>
        <w:jc w:val="center"/>
        <w:tblLayout w:type="fixed"/>
        <w:tblLook w:val="04A0" w:firstRow="1" w:lastRow="0" w:firstColumn="1" w:lastColumn="0" w:noHBand="0" w:noVBand="1"/>
      </w:tblPr>
      <w:tblGrid>
        <w:gridCol w:w="1842"/>
        <w:gridCol w:w="9033"/>
      </w:tblGrid>
      <w:tr w:rsidR="009C20F4" w:rsidRPr="003A74EA" w14:paraId="36807E94" w14:textId="77777777" w:rsidTr="00B963C7">
        <w:trPr>
          <w:trHeight w:val="229"/>
          <w:jc w:val="center"/>
        </w:trPr>
        <w:tc>
          <w:tcPr>
            <w:tcW w:w="1842" w:type="dxa"/>
            <w:vAlign w:val="center"/>
          </w:tcPr>
          <w:p w14:paraId="38A64229" w14:textId="77777777" w:rsidR="009C20F4" w:rsidRPr="003A74EA" w:rsidRDefault="009C20F4"/>
        </w:tc>
        <w:tc>
          <w:tcPr>
            <w:tcW w:w="9033" w:type="dxa"/>
            <w:vAlign w:val="center"/>
          </w:tcPr>
          <w:p w14:paraId="5D44E134" w14:textId="77777777" w:rsidR="009C20F4" w:rsidRPr="003A74EA" w:rsidRDefault="00B963C7" w:rsidP="00B963C7">
            <w:pPr>
              <w:jc w:val="center"/>
            </w:pPr>
            <w:r w:rsidRPr="003A74EA">
              <w:rPr>
                <w:b/>
                <w:sz w:val="18"/>
              </w:rPr>
              <w:t>UCZEŃ</w:t>
            </w:r>
          </w:p>
        </w:tc>
      </w:tr>
      <w:tr w:rsidR="009C20F4" w:rsidRPr="003A74EA" w14:paraId="79EEDA77" w14:textId="77777777" w:rsidTr="00B963C7">
        <w:trPr>
          <w:trHeight w:val="434"/>
          <w:jc w:val="center"/>
        </w:trPr>
        <w:tc>
          <w:tcPr>
            <w:tcW w:w="1842" w:type="dxa"/>
            <w:vAlign w:val="center"/>
          </w:tcPr>
          <w:p w14:paraId="7A84C2D0" w14:textId="77777777" w:rsidR="009C20F4" w:rsidRPr="003A74EA" w:rsidRDefault="00B963C7">
            <w:r w:rsidRPr="003A74EA">
              <w:rPr>
                <w:sz w:val="18"/>
              </w:rPr>
              <w:t>Imię i nazwisko</w:t>
            </w:r>
          </w:p>
        </w:tc>
        <w:tc>
          <w:tcPr>
            <w:tcW w:w="9033" w:type="dxa"/>
            <w:vAlign w:val="center"/>
          </w:tcPr>
          <w:p w14:paraId="5232979A" w14:textId="77777777" w:rsidR="009C20F4" w:rsidRPr="003A74EA" w:rsidRDefault="009C20F4" w:rsidP="00B963C7">
            <w:pPr>
              <w:jc w:val="center"/>
            </w:pPr>
          </w:p>
        </w:tc>
      </w:tr>
      <w:tr w:rsidR="009C20F4" w:rsidRPr="003A74EA" w14:paraId="38BEDF1F" w14:textId="77777777" w:rsidTr="00B963C7">
        <w:trPr>
          <w:trHeight w:val="412"/>
          <w:jc w:val="center"/>
        </w:trPr>
        <w:tc>
          <w:tcPr>
            <w:tcW w:w="1842" w:type="dxa"/>
            <w:vAlign w:val="center"/>
          </w:tcPr>
          <w:p w14:paraId="5B3FFA2B" w14:textId="77777777" w:rsidR="009C20F4" w:rsidRPr="003A74EA" w:rsidRDefault="00B963C7">
            <w:r w:rsidRPr="003A74EA">
              <w:rPr>
                <w:sz w:val="18"/>
              </w:rPr>
              <w:t>Klasa</w:t>
            </w:r>
          </w:p>
        </w:tc>
        <w:tc>
          <w:tcPr>
            <w:tcW w:w="9033" w:type="dxa"/>
            <w:vAlign w:val="center"/>
          </w:tcPr>
          <w:p w14:paraId="406D3609" w14:textId="77777777" w:rsidR="009C20F4" w:rsidRPr="003A74EA" w:rsidRDefault="009C20F4" w:rsidP="00B963C7">
            <w:pPr>
              <w:jc w:val="center"/>
            </w:pPr>
          </w:p>
        </w:tc>
      </w:tr>
      <w:tr w:rsidR="009C20F4" w:rsidRPr="003A74EA" w14:paraId="1817C711" w14:textId="77777777" w:rsidTr="00B963C7">
        <w:trPr>
          <w:trHeight w:val="229"/>
          <w:jc w:val="center"/>
        </w:trPr>
        <w:tc>
          <w:tcPr>
            <w:tcW w:w="1842" w:type="dxa"/>
            <w:shd w:val="clear" w:color="auto" w:fill="D9D9D9"/>
            <w:vAlign w:val="center"/>
          </w:tcPr>
          <w:p w14:paraId="0D8278AA" w14:textId="77777777" w:rsidR="009C20F4" w:rsidRPr="003A74EA" w:rsidRDefault="009C20F4"/>
        </w:tc>
        <w:tc>
          <w:tcPr>
            <w:tcW w:w="9033" w:type="dxa"/>
            <w:shd w:val="clear" w:color="auto" w:fill="D9D9D9"/>
            <w:vAlign w:val="center"/>
          </w:tcPr>
          <w:p w14:paraId="615BC169" w14:textId="77777777" w:rsidR="009C20F4" w:rsidRPr="003A74EA" w:rsidRDefault="00B963C7" w:rsidP="00B963C7">
            <w:pPr>
              <w:jc w:val="center"/>
            </w:pPr>
            <w:r w:rsidRPr="003A74EA">
              <w:rPr>
                <w:b/>
                <w:sz w:val="18"/>
              </w:rPr>
              <w:t>MATKA (OPIEKUN PRAWNY 1):</w:t>
            </w:r>
          </w:p>
        </w:tc>
      </w:tr>
      <w:tr w:rsidR="009C20F4" w:rsidRPr="003A74EA" w14:paraId="1C1090DE" w14:textId="77777777" w:rsidTr="00B963C7">
        <w:trPr>
          <w:trHeight w:val="480"/>
          <w:jc w:val="center"/>
        </w:trPr>
        <w:tc>
          <w:tcPr>
            <w:tcW w:w="1842" w:type="dxa"/>
            <w:vAlign w:val="center"/>
          </w:tcPr>
          <w:p w14:paraId="633C9C8F" w14:textId="77777777" w:rsidR="009C20F4" w:rsidRPr="003A74EA" w:rsidRDefault="00B963C7">
            <w:r w:rsidRPr="003A74EA">
              <w:rPr>
                <w:sz w:val="18"/>
              </w:rPr>
              <w:t>Imię i nazwisko</w:t>
            </w:r>
          </w:p>
        </w:tc>
        <w:tc>
          <w:tcPr>
            <w:tcW w:w="9033" w:type="dxa"/>
            <w:vAlign w:val="center"/>
          </w:tcPr>
          <w:p w14:paraId="274EFB6F" w14:textId="77777777" w:rsidR="009C20F4" w:rsidRPr="003A74EA" w:rsidRDefault="009C20F4" w:rsidP="00B963C7">
            <w:pPr>
              <w:jc w:val="center"/>
            </w:pPr>
          </w:p>
        </w:tc>
      </w:tr>
      <w:tr w:rsidR="009C20F4" w:rsidRPr="003A74EA" w14:paraId="6E356C3F" w14:textId="77777777" w:rsidTr="00B963C7">
        <w:trPr>
          <w:trHeight w:val="574"/>
          <w:jc w:val="center"/>
        </w:trPr>
        <w:tc>
          <w:tcPr>
            <w:tcW w:w="1842" w:type="dxa"/>
            <w:vAlign w:val="center"/>
          </w:tcPr>
          <w:p w14:paraId="42924953" w14:textId="77777777" w:rsidR="009C20F4" w:rsidRPr="003A74EA" w:rsidRDefault="00B963C7">
            <w:r w:rsidRPr="003A74EA">
              <w:rPr>
                <w:sz w:val="18"/>
              </w:rPr>
              <w:t>Numer telefonu</w:t>
            </w:r>
          </w:p>
        </w:tc>
        <w:tc>
          <w:tcPr>
            <w:tcW w:w="9033" w:type="dxa"/>
            <w:vAlign w:val="center"/>
          </w:tcPr>
          <w:p w14:paraId="0113C33B" w14:textId="77777777" w:rsidR="009C20F4" w:rsidRPr="003A74EA" w:rsidRDefault="009C20F4" w:rsidP="00B963C7">
            <w:pPr>
              <w:jc w:val="center"/>
            </w:pPr>
          </w:p>
        </w:tc>
      </w:tr>
      <w:tr w:rsidR="009C20F4" w:rsidRPr="003A74EA" w14:paraId="199F1538" w14:textId="77777777" w:rsidTr="00B963C7">
        <w:trPr>
          <w:trHeight w:val="423"/>
          <w:jc w:val="center"/>
        </w:trPr>
        <w:tc>
          <w:tcPr>
            <w:tcW w:w="1842" w:type="dxa"/>
            <w:vAlign w:val="center"/>
          </w:tcPr>
          <w:p w14:paraId="1286A779" w14:textId="77777777" w:rsidR="009C20F4" w:rsidRPr="003A74EA" w:rsidRDefault="00B963C7">
            <w:r w:rsidRPr="003A74EA">
              <w:rPr>
                <w:sz w:val="18"/>
              </w:rPr>
              <w:t>Adres e-mail</w:t>
            </w:r>
          </w:p>
        </w:tc>
        <w:tc>
          <w:tcPr>
            <w:tcW w:w="9033" w:type="dxa"/>
            <w:vAlign w:val="center"/>
          </w:tcPr>
          <w:p w14:paraId="52D39244" w14:textId="77777777" w:rsidR="009C20F4" w:rsidRPr="003A74EA" w:rsidRDefault="009C20F4" w:rsidP="00B963C7">
            <w:pPr>
              <w:jc w:val="center"/>
            </w:pPr>
          </w:p>
        </w:tc>
      </w:tr>
      <w:tr w:rsidR="009C20F4" w:rsidRPr="003A74EA" w14:paraId="2E950C24" w14:textId="77777777" w:rsidTr="00B963C7">
        <w:trPr>
          <w:trHeight w:val="429"/>
          <w:jc w:val="center"/>
        </w:trPr>
        <w:tc>
          <w:tcPr>
            <w:tcW w:w="1842" w:type="dxa"/>
            <w:vAlign w:val="center"/>
          </w:tcPr>
          <w:p w14:paraId="06FDC902" w14:textId="77777777" w:rsidR="009C20F4" w:rsidRPr="003A74EA" w:rsidRDefault="009C20F4"/>
        </w:tc>
        <w:tc>
          <w:tcPr>
            <w:tcW w:w="9033" w:type="dxa"/>
            <w:vAlign w:val="center"/>
          </w:tcPr>
          <w:p w14:paraId="51150607" w14:textId="77777777" w:rsidR="009C20F4" w:rsidRPr="003A74EA" w:rsidRDefault="00B963C7" w:rsidP="00B963C7">
            <w:pPr>
              <w:jc w:val="center"/>
            </w:pPr>
            <w:r w:rsidRPr="003A74EA">
              <w:rPr>
                <w:sz w:val="14"/>
              </w:rPr>
              <w:t>podany adres e-mail zostanie związany z kontem rodzica w systemie dziennika elektronicznego</w:t>
            </w:r>
          </w:p>
        </w:tc>
      </w:tr>
      <w:tr w:rsidR="009C20F4" w:rsidRPr="003A74EA" w14:paraId="30FEBB36" w14:textId="77777777" w:rsidTr="00B963C7">
        <w:trPr>
          <w:trHeight w:val="229"/>
          <w:jc w:val="center"/>
        </w:trPr>
        <w:tc>
          <w:tcPr>
            <w:tcW w:w="1842" w:type="dxa"/>
            <w:shd w:val="clear" w:color="auto" w:fill="D9D9D9"/>
            <w:vAlign w:val="center"/>
          </w:tcPr>
          <w:p w14:paraId="26FF9380" w14:textId="77777777" w:rsidR="009C20F4" w:rsidRPr="003A74EA" w:rsidRDefault="009C20F4"/>
        </w:tc>
        <w:tc>
          <w:tcPr>
            <w:tcW w:w="9033" w:type="dxa"/>
            <w:shd w:val="clear" w:color="auto" w:fill="D9D9D9"/>
            <w:vAlign w:val="center"/>
          </w:tcPr>
          <w:p w14:paraId="35CA67D9" w14:textId="77777777" w:rsidR="009C20F4" w:rsidRPr="003A74EA" w:rsidRDefault="00B963C7" w:rsidP="00B963C7">
            <w:pPr>
              <w:jc w:val="center"/>
            </w:pPr>
            <w:r w:rsidRPr="003A74EA">
              <w:rPr>
                <w:b/>
                <w:sz w:val="18"/>
              </w:rPr>
              <w:t>OJCIEC (OPIEKUN PRAWNY 2):</w:t>
            </w:r>
          </w:p>
        </w:tc>
      </w:tr>
      <w:tr w:rsidR="009C20F4" w:rsidRPr="003A74EA" w14:paraId="24F114D4" w14:textId="77777777" w:rsidTr="00B963C7">
        <w:trPr>
          <w:trHeight w:val="469"/>
          <w:jc w:val="center"/>
        </w:trPr>
        <w:tc>
          <w:tcPr>
            <w:tcW w:w="1842" w:type="dxa"/>
            <w:vAlign w:val="center"/>
          </w:tcPr>
          <w:p w14:paraId="3760D61E" w14:textId="77777777" w:rsidR="009C20F4" w:rsidRPr="003A74EA" w:rsidRDefault="00B963C7">
            <w:r w:rsidRPr="003A74EA">
              <w:rPr>
                <w:sz w:val="18"/>
              </w:rPr>
              <w:t>Imię i nazwisko</w:t>
            </w:r>
          </w:p>
        </w:tc>
        <w:tc>
          <w:tcPr>
            <w:tcW w:w="9033" w:type="dxa"/>
            <w:vAlign w:val="center"/>
          </w:tcPr>
          <w:p w14:paraId="19030C07" w14:textId="77777777" w:rsidR="009C20F4" w:rsidRPr="003A74EA" w:rsidRDefault="009C20F4" w:rsidP="00B963C7">
            <w:pPr>
              <w:jc w:val="center"/>
            </w:pPr>
          </w:p>
        </w:tc>
      </w:tr>
      <w:tr w:rsidR="009C20F4" w:rsidRPr="003A74EA" w14:paraId="04479C3C" w14:textId="77777777" w:rsidTr="00B963C7">
        <w:trPr>
          <w:trHeight w:val="577"/>
          <w:jc w:val="center"/>
        </w:trPr>
        <w:tc>
          <w:tcPr>
            <w:tcW w:w="1842" w:type="dxa"/>
            <w:vAlign w:val="center"/>
          </w:tcPr>
          <w:p w14:paraId="4FB8C9E7" w14:textId="77777777" w:rsidR="009C20F4" w:rsidRPr="003A74EA" w:rsidRDefault="00B963C7">
            <w:r w:rsidRPr="003A74EA">
              <w:rPr>
                <w:sz w:val="18"/>
              </w:rPr>
              <w:t>Numer telefonu</w:t>
            </w:r>
          </w:p>
        </w:tc>
        <w:tc>
          <w:tcPr>
            <w:tcW w:w="9033" w:type="dxa"/>
            <w:vAlign w:val="center"/>
          </w:tcPr>
          <w:p w14:paraId="7F26884B" w14:textId="77777777" w:rsidR="009C20F4" w:rsidRPr="003A74EA" w:rsidRDefault="009C20F4" w:rsidP="00B963C7">
            <w:pPr>
              <w:jc w:val="center"/>
            </w:pPr>
          </w:p>
        </w:tc>
      </w:tr>
      <w:tr w:rsidR="009C20F4" w:rsidRPr="003A74EA" w14:paraId="10F3C5E9" w14:textId="77777777" w:rsidTr="00B963C7">
        <w:trPr>
          <w:trHeight w:val="571"/>
          <w:jc w:val="center"/>
        </w:trPr>
        <w:tc>
          <w:tcPr>
            <w:tcW w:w="1842" w:type="dxa"/>
            <w:vAlign w:val="center"/>
          </w:tcPr>
          <w:p w14:paraId="4A416E5B" w14:textId="77777777" w:rsidR="009C20F4" w:rsidRPr="003A74EA" w:rsidRDefault="00B963C7">
            <w:r w:rsidRPr="003A74EA">
              <w:rPr>
                <w:sz w:val="18"/>
              </w:rPr>
              <w:t>Adres e-mail</w:t>
            </w:r>
          </w:p>
        </w:tc>
        <w:tc>
          <w:tcPr>
            <w:tcW w:w="9033" w:type="dxa"/>
            <w:vAlign w:val="center"/>
          </w:tcPr>
          <w:p w14:paraId="4B337A9D" w14:textId="77777777" w:rsidR="009C20F4" w:rsidRPr="003A74EA" w:rsidRDefault="009C20F4" w:rsidP="00B963C7">
            <w:pPr>
              <w:jc w:val="center"/>
            </w:pPr>
          </w:p>
        </w:tc>
      </w:tr>
      <w:tr w:rsidR="009C20F4" w:rsidRPr="003A74EA" w14:paraId="43064D8E" w14:textId="77777777" w:rsidTr="00B963C7">
        <w:trPr>
          <w:trHeight w:val="565"/>
          <w:jc w:val="center"/>
        </w:trPr>
        <w:tc>
          <w:tcPr>
            <w:tcW w:w="1842" w:type="dxa"/>
            <w:vAlign w:val="center"/>
          </w:tcPr>
          <w:p w14:paraId="72FC2C32" w14:textId="77777777" w:rsidR="009C20F4" w:rsidRPr="003A74EA" w:rsidRDefault="009C20F4"/>
        </w:tc>
        <w:tc>
          <w:tcPr>
            <w:tcW w:w="9033" w:type="dxa"/>
            <w:vAlign w:val="center"/>
          </w:tcPr>
          <w:p w14:paraId="4F386EFA" w14:textId="77777777" w:rsidR="009C20F4" w:rsidRPr="003A74EA" w:rsidRDefault="00B963C7" w:rsidP="00B963C7">
            <w:pPr>
              <w:jc w:val="center"/>
            </w:pPr>
            <w:r w:rsidRPr="003A74EA">
              <w:rPr>
                <w:sz w:val="14"/>
              </w:rPr>
              <w:t>podany adres e-mail zostanie związany z kontem rodzica w systemie dziennika elektronicznego</w:t>
            </w:r>
          </w:p>
        </w:tc>
      </w:tr>
    </w:tbl>
    <w:p w14:paraId="63DA072B" w14:textId="77777777" w:rsidR="009C20F4" w:rsidRPr="003A74EA" w:rsidRDefault="009C20F4"/>
    <w:p w14:paraId="3E51DA82" w14:textId="155FD947" w:rsidR="009C20F4" w:rsidRDefault="00B963C7">
      <w:pPr>
        <w:spacing w:after="120"/>
      </w:pPr>
      <w:r w:rsidRPr="003A74EA">
        <w:t>Potwierdzam aktualność powyższych danych. W przypadku zmiany podanych szkole danych kontaktowych zobowiązuję się do niezwłocznego poinformowania szkoły o aktualnych danych.</w:t>
      </w:r>
    </w:p>
    <w:p w14:paraId="191F247B" w14:textId="77777777" w:rsidR="00B963C7" w:rsidRPr="003A74EA" w:rsidRDefault="00B963C7">
      <w:pPr>
        <w:spacing w:after="120"/>
      </w:pPr>
    </w:p>
    <w:p w14:paraId="09DB8049" w14:textId="77777777" w:rsidR="00B963C7" w:rsidRDefault="00B963C7" w:rsidP="00B963C7">
      <w:pPr>
        <w:spacing w:before="200"/>
        <w:ind w:right="389"/>
        <w:jc w:val="right"/>
      </w:pPr>
      <w:r w:rsidRPr="003A74EA">
        <w:t>....................................................</w:t>
      </w:r>
    </w:p>
    <w:p w14:paraId="6538778E" w14:textId="5859D8B5" w:rsidR="009C20F4" w:rsidRPr="003A74EA" w:rsidRDefault="00B963C7" w:rsidP="00B963C7">
      <w:pPr>
        <w:spacing w:before="200"/>
        <w:ind w:right="1381"/>
        <w:jc w:val="right"/>
      </w:pPr>
      <w:r w:rsidRPr="003A74EA">
        <w:rPr>
          <w:sz w:val="16"/>
        </w:rPr>
        <w:t>data i podpis</w:t>
      </w:r>
    </w:p>
    <w:p w14:paraId="134B19AD" w14:textId="77777777" w:rsidR="00A6746D" w:rsidRDefault="00A6746D" w:rsidP="00A6746D">
      <w:pPr>
        <w:rPr>
          <w:b/>
          <w:sz w:val="22"/>
        </w:rPr>
      </w:pPr>
    </w:p>
    <w:p w14:paraId="7446EC0F" w14:textId="77777777" w:rsidR="00A6746D" w:rsidRDefault="00A6746D" w:rsidP="00A6746D">
      <w:pPr>
        <w:rPr>
          <w:b/>
          <w:sz w:val="22"/>
        </w:rPr>
      </w:pPr>
    </w:p>
    <w:p w14:paraId="6F6DC1FB" w14:textId="77777777" w:rsidR="00A6746D" w:rsidRDefault="00A6746D" w:rsidP="00A6746D">
      <w:pPr>
        <w:rPr>
          <w:b/>
          <w:sz w:val="22"/>
        </w:rPr>
      </w:pPr>
    </w:p>
    <w:p w14:paraId="017F3046" w14:textId="77777777" w:rsidR="00A6746D" w:rsidRDefault="00A6746D" w:rsidP="00A6746D">
      <w:pPr>
        <w:rPr>
          <w:b/>
          <w:sz w:val="22"/>
        </w:rPr>
      </w:pPr>
    </w:p>
    <w:p w14:paraId="45CF640D" w14:textId="77777777" w:rsidR="00A6746D" w:rsidRDefault="00A6746D" w:rsidP="00A6746D">
      <w:pPr>
        <w:rPr>
          <w:b/>
          <w:sz w:val="22"/>
        </w:rPr>
      </w:pPr>
    </w:p>
    <w:p w14:paraId="2A6FB624" w14:textId="77777777" w:rsidR="00A6746D" w:rsidRDefault="00A6746D" w:rsidP="00A6746D">
      <w:pPr>
        <w:rPr>
          <w:b/>
          <w:sz w:val="22"/>
        </w:rPr>
      </w:pPr>
    </w:p>
    <w:p w14:paraId="3B6EB12A" w14:textId="77777777" w:rsidR="00A6746D" w:rsidRDefault="00A6746D" w:rsidP="00A6746D">
      <w:pPr>
        <w:rPr>
          <w:b/>
          <w:sz w:val="22"/>
        </w:rPr>
      </w:pPr>
    </w:p>
    <w:p w14:paraId="38C00A46" w14:textId="77777777" w:rsidR="00A6746D" w:rsidRDefault="00A6746D" w:rsidP="00A6746D">
      <w:pPr>
        <w:rPr>
          <w:b/>
          <w:sz w:val="22"/>
        </w:rPr>
      </w:pPr>
    </w:p>
    <w:p w14:paraId="34F365C2" w14:textId="77777777" w:rsidR="00A6746D" w:rsidRDefault="00A6746D" w:rsidP="00A6746D">
      <w:pPr>
        <w:rPr>
          <w:b/>
          <w:sz w:val="22"/>
        </w:rPr>
      </w:pPr>
    </w:p>
    <w:p w14:paraId="50019560" w14:textId="77777777" w:rsidR="00A6746D" w:rsidRDefault="00A6746D" w:rsidP="00A6746D">
      <w:pPr>
        <w:rPr>
          <w:b/>
          <w:sz w:val="22"/>
        </w:rPr>
      </w:pPr>
    </w:p>
    <w:p w14:paraId="2816F16D" w14:textId="77777777" w:rsidR="00A6746D" w:rsidRDefault="00A6746D" w:rsidP="00A6746D">
      <w:pPr>
        <w:rPr>
          <w:b/>
          <w:sz w:val="22"/>
        </w:rPr>
      </w:pPr>
    </w:p>
    <w:p w14:paraId="724D5AB2" w14:textId="2BCEC818" w:rsidR="00A6746D" w:rsidRPr="00C35531" w:rsidRDefault="00A6746D" w:rsidP="00A6746D">
      <w:pPr>
        <w:rPr>
          <w:b/>
          <w:szCs w:val="20"/>
        </w:rPr>
      </w:pPr>
      <w:r w:rsidRPr="00C35531">
        <w:rPr>
          <w:b/>
          <w:szCs w:val="20"/>
        </w:rPr>
        <w:t>Zgodnie z art. 13 ust. 1 i 2 Rozporządzenia Parlamentu Europejskiego i Rady (UE) 2016/679 z dnia 27 kwietnia 2016 r. („RODO”) informujemy, że:</w:t>
      </w:r>
    </w:p>
    <w:p w14:paraId="1C9D5AD3" w14:textId="5EDB49CB" w:rsidR="00A6746D" w:rsidRPr="00C35531" w:rsidRDefault="00A6746D" w:rsidP="00A6746D">
      <w:pPr>
        <w:rPr>
          <w:bCs/>
          <w:szCs w:val="20"/>
        </w:rPr>
      </w:pPr>
      <w:r w:rsidRPr="00C35531">
        <w:rPr>
          <w:bCs/>
          <w:szCs w:val="20"/>
        </w:rPr>
        <w:t>1. Administratorem danych osobowych Pani/Pana oraz danych osobowych dziecka jest Szkoła Podstawowa im. Tadeusza Kościuszki w Górkach Wielkich, reprezentowana przez Dyrektora Szkoły, ul. Szkolna 1, 43-436 Górki Wielkie, tel. 33 853 92 78.</w:t>
      </w:r>
    </w:p>
    <w:p w14:paraId="573878F4" w14:textId="4F10DB41" w:rsidR="00A6746D" w:rsidRPr="00C35531" w:rsidRDefault="00A6746D" w:rsidP="00A6746D">
      <w:pPr>
        <w:rPr>
          <w:bCs/>
          <w:szCs w:val="20"/>
        </w:rPr>
      </w:pPr>
      <w:r w:rsidRPr="00C35531">
        <w:rPr>
          <w:bCs/>
          <w:szCs w:val="20"/>
        </w:rPr>
        <w:t>2. W sprawach związanych z przetwarzaniem danych osobowych mogą Państwo kontaktować się z Inspektorem Ochrony Danych pod adresem e-mail: iod@brenna.org.pl</w:t>
      </w:r>
    </w:p>
    <w:p w14:paraId="57A1667D" w14:textId="16E46CC9" w:rsidR="00A6746D" w:rsidRPr="00C35531" w:rsidRDefault="00A6746D" w:rsidP="00A6746D">
      <w:pPr>
        <w:rPr>
          <w:bCs/>
          <w:szCs w:val="20"/>
        </w:rPr>
      </w:pPr>
      <w:r w:rsidRPr="00C35531">
        <w:rPr>
          <w:bCs/>
          <w:szCs w:val="20"/>
        </w:rPr>
        <w:t xml:space="preserve">3. Dane osobowe będą przetwarzane w celu realizacji zadań i obowiązków szkoły wynikających z przepisów prawa oświatowego, w szczególności w zakresie prowadzenia dokumentacji przebiegu nauczania, zapewnienia organizacji procesu kształcenia, wychowania i opieki oraz umożliwienia korzystania z dziennika elektronicznego. Podstawą prawną przetwarzania jest art. 6 ust. 1 lit. c RODO, w związku z przepisami ustawy – Prawo oświatowe oraz przepisami wykonawczymi dotyczącymi prowadzenia dokumentacji przebiegu nauczania. Zakres danych wpisywanych do dziennika lekcyjnego, w tym danych rodziców, wynika z przepisów dotyczących prowadzenia dokumentacji szkolnej. </w:t>
      </w:r>
    </w:p>
    <w:p w14:paraId="39B3F1E2" w14:textId="0695A850" w:rsidR="00A6746D" w:rsidRPr="00C35531" w:rsidRDefault="00A6746D" w:rsidP="00A6746D">
      <w:pPr>
        <w:rPr>
          <w:bCs/>
          <w:szCs w:val="20"/>
        </w:rPr>
      </w:pPr>
      <w:r w:rsidRPr="00C35531">
        <w:rPr>
          <w:bCs/>
          <w:szCs w:val="20"/>
        </w:rPr>
        <w:t>4. Odbiorcami danych osobowych mogą być podmioty uprawnione do ich otrzymania na podstawie przepisów prawa oraz podmioty świadczące na rzecz szkoły usługi niezbędne do realizacji jej zadań, w szczególności dostawca dziennika elektronicznego – na podstawie odpowiedniej umowy i wyłącznie w zakresie niezbędnym do świadczenia usług.</w:t>
      </w:r>
    </w:p>
    <w:p w14:paraId="5F12F409" w14:textId="1C5DE7D8" w:rsidR="00A6746D" w:rsidRPr="00C35531" w:rsidRDefault="00A6746D" w:rsidP="00A6746D">
      <w:pPr>
        <w:rPr>
          <w:bCs/>
          <w:szCs w:val="20"/>
        </w:rPr>
      </w:pPr>
      <w:r w:rsidRPr="00C35531">
        <w:rPr>
          <w:bCs/>
          <w:szCs w:val="20"/>
        </w:rPr>
        <w:t>5. Dane osobowe nie będą przekazywane do państwa trzeciego ani do organizacji międzynarodowej, chyba że obowiązek takiego przekazania będzie wynikał z przepisów prawa.</w:t>
      </w:r>
    </w:p>
    <w:p w14:paraId="3A8C21F3" w14:textId="1F21CD28" w:rsidR="00A6746D" w:rsidRPr="00C35531" w:rsidRDefault="00A6746D" w:rsidP="00A6746D">
      <w:pPr>
        <w:rPr>
          <w:bCs/>
          <w:szCs w:val="20"/>
        </w:rPr>
      </w:pPr>
      <w:r w:rsidRPr="00C35531">
        <w:rPr>
          <w:bCs/>
          <w:szCs w:val="20"/>
        </w:rPr>
        <w:t>6. Dane osobowe będą przechowywane przez okres niezbędny do realizacji celów, dla których zostały zebrane, a następnie przez okres wynikający z przepisów dotyczących archiwizacji i przechowywania dokumentacji szkolnej.</w:t>
      </w:r>
    </w:p>
    <w:p w14:paraId="54F98A05" w14:textId="103DBC5E" w:rsidR="00A6746D" w:rsidRPr="00C35531" w:rsidRDefault="00A6746D" w:rsidP="00A6746D">
      <w:pPr>
        <w:rPr>
          <w:bCs/>
          <w:szCs w:val="20"/>
        </w:rPr>
      </w:pPr>
      <w:r w:rsidRPr="00C35531">
        <w:rPr>
          <w:bCs/>
          <w:szCs w:val="20"/>
        </w:rPr>
        <w:t>7. W zakresie przewidzianym przepisami RODO przysługuje Państwu prawo:</w:t>
      </w:r>
    </w:p>
    <w:p w14:paraId="0430D37D" w14:textId="77777777" w:rsidR="00A6746D" w:rsidRPr="00C35531" w:rsidRDefault="00A6746D" w:rsidP="00A6746D">
      <w:pPr>
        <w:numPr>
          <w:ilvl w:val="0"/>
          <w:numId w:val="10"/>
        </w:numPr>
        <w:rPr>
          <w:bCs/>
          <w:szCs w:val="20"/>
        </w:rPr>
      </w:pPr>
      <w:r w:rsidRPr="00C35531">
        <w:rPr>
          <w:bCs/>
          <w:szCs w:val="20"/>
        </w:rPr>
        <w:t xml:space="preserve">dostępu do swoich danych osobowych oraz otrzymania ich kopii, </w:t>
      </w:r>
    </w:p>
    <w:p w14:paraId="602E0493" w14:textId="77777777" w:rsidR="00A6746D" w:rsidRPr="00C35531" w:rsidRDefault="00A6746D" w:rsidP="00A6746D">
      <w:pPr>
        <w:numPr>
          <w:ilvl w:val="0"/>
          <w:numId w:val="10"/>
        </w:numPr>
        <w:rPr>
          <w:bCs/>
          <w:szCs w:val="20"/>
        </w:rPr>
      </w:pPr>
      <w:r w:rsidRPr="00C35531">
        <w:rPr>
          <w:bCs/>
          <w:szCs w:val="20"/>
        </w:rPr>
        <w:t xml:space="preserve">sprostowania danych, jeżeli są nieprawidłowe lub niekompletne, </w:t>
      </w:r>
    </w:p>
    <w:p w14:paraId="60727502" w14:textId="77777777" w:rsidR="00A6746D" w:rsidRPr="00C35531" w:rsidRDefault="00A6746D" w:rsidP="00A6746D">
      <w:pPr>
        <w:numPr>
          <w:ilvl w:val="0"/>
          <w:numId w:val="10"/>
        </w:numPr>
        <w:rPr>
          <w:bCs/>
          <w:szCs w:val="20"/>
        </w:rPr>
      </w:pPr>
      <w:r w:rsidRPr="00C35531">
        <w:rPr>
          <w:bCs/>
          <w:szCs w:val="20"/>
        </w:rPr>
        <w:t xml:space="preserve">ograniczenia przetwarzania danych w przypadkach określonych w RODO, </w:t>
      </w:r>
    </w:p>
    <w:p w14:paraId="6F1C8CC4" w14:textId="06BDE402" w:rsidR="00A6746D" w:rsidRPr="00C35531" w:rsidRDefault="00A6746D" w:rsidP="00A6746D">
      <w:pPr>
        <w:rPr>
          <w:bCs/>
          <w:szCs w:val="20"/>
        </w:rPr>
      </w:pPr>
      <w:r w:rsidRPr="00C35531">
        <w:rPr>
          <w:bCs/>
          <w:szCs w:val="20"/>
        </w:rPr>
        <w:t>8. Jeżeli uznają Państwo, że przetwarzanie danych osobowych narusza przepisy RODO, przysługuje Państwu prawo wniesienia skargi do Prezesa Urzędu Ochrony Danych Osobowych.</w:t>
      </w:r>
    </w:p>
    <w:p w14:paraId="07D3FCF2" w14:textId="7367F583" w:rsidR="00A6746D" w:rsidRPr="00C35531" w:rsidRDefault="00A6746D" w:rsidP="00A6746D">
      <w:pPr>
        <w:rPr>
          <w:bCs/>
          <w:szCs w:val="20"/>
        </w:rPr>
      </w:pPr>
      <w:r w:rsidRPr="00C35531">
        <w:rPr>
          <w:bCs/>
          <w:szCs w:val="20"/>
        </w:rPr>
        <w:t xml:space="preserve">9. Podanie danych osobowych wymaganych przepisami prawa jest obowiązkowe. Zakres danych rodziców wpisywanych do dziennika lekcyjnego wynika z przepisów dotyczących dokumentacji przebiegu nauczania; numery telefonów i adresy e-mail rodziców są wpisywane, jeżeli rodzic je posiada. </w:t>
      </w:r>
    </w:p>
    <w:p w14:paraId="68D61E7A" w14:textId="71EB3FD7" w:rsidR="00A6746D" w:rsidRPr="00C35531" w:rsidRDefault="00A6746D" w:rsidP="00A6746D">
      <w:pPr>
        <w:rPr>
          <w:bCs/>
          <w:szCs w:val="20"/>
        </w:rPr>
      </w:pPr>
      <w:r w:rsidRPr="00C35531">
        <w:rPr>
          <w:bCs/>
          <w:szCs w:val="20"/>
        </w:rPr>
        <w:t>10. Dane osobowe nie będą wykorzystywane do zautomatyzowanego podejmowania decyzji, w tym profilowania.</w:t>
      </w:r>
    </w:p>
    <w:p w14:paraId="0A1045F4" w14:textId="5E8C9C60" w:rsidR="009C20F4" w:rsidRPr="00DF0AD3" w:rsidRDefault="009C20F4" w:rsidP="00A6746D"/>
    <w:sectPr w:rsidR="009C20F4" w:rsidRPr="00DF0AD3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16E1674"/>
    <w:multiLevelType w:val="multilevel"/>
    <w:tmpl w:val="107C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43AE"/>
    <w:rsid w:val="00034616"/>
    <w:rsid w:val="0006063C"/>
    <w:rsid w:val="0015074B"/>
    <w:rsid w:val="0029639D"/>
    <w:rsid w:val="00297E13"/>
    <w:rsid w:val="00326F90"/>
    <w:rsid w:val="003A74EA"/>
    <w:rsid w:val="0050045A"/>
    <w:rsid w:val="00521034"/>
    <w:rsid w:val="00790F9F"/>
    <w:rsid w:val="009C20F4"/>
    <w:rsid w:val="00A6746D"/>
    <w:rsid w:val="00AA1D8D"/>
    <w:rsid w:val="00B47730"/>
    <w:rsid w:val="00B963C7"/>
    <w:rsid w:val="00C35531"/>
    <w:rsid w:val="00C414B7"/>
    <w:rsid w:val="00C86BB6"/>
    <w:rsid w:val="00CB0664"/>
    <w:rsid w:val="00DC6BB2"/>
    <w:rsid w:val="00DF0A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7E4CFA"/>
  <w14:defaultImageDpi w14:val="300"/>
  <w15:docId w15:val="{3E242B2A-DF5A-4E9F-9622-61B5C137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B96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3C7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AAC963-2D72-491D-9A51-E5E538EE1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2946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>generated by python-docx</dc:description>
  <cp:lastModifiedBy>Ewa Nędzi</cp:lastModifiedBy>
  <cp:revision>2</cp:revision>
  <cp:lastPrinted>2026-08-31T11:41:00Z</cp:lastPrinted>
  <dcterms:created xsi:type="dcterms:W3CDTF">2026-08-31T12:40:00Z</dcterms:created>
  <dcterms:modified xsi:type="dcterms:W3CDTF">2026-08-31T12:40:00Z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8b1c943-5823-45e2-9d78-199bc9c77958_Enabled">
    <vt:lpwstr>true</vt:lpwstr>
  </property>
  <property fmtid="{D5CDD505-2E9C-101B-9397-08002B2CF9AE}" pid="3" name="MSIP_Label_88b1c943-5823-45e2-9d78-199bc9c77958_SetDate">
    <vt:lpwstr>2026-08-31T10:34:32Z</vt:lpwstr>
  </property>
  <property fmtid="{D5CDD505-2E9C-101B-9397-08002B2CF9AE}" pid="4" name="MSIP_Label_88b1c943-5823-45e2-9d78-199bc9c77958_Method">
    <vt:lpwstr>Privileged</vt:lpwstr>
  </property>
  <property fmtid="{D5CDD505-2E9C-101B-9397-08002B2CF9AE}" pid="5" name="MSIP_Label_88b1c943-5823-45e2-9d78-199bc9c77958_Name">
    <vt:lpwstr>Dokumentacja dla klienta</vt:lpwstr>
  </property>
  <property fmtid="{D5CDD505-2E9C-101B-9397-08002B2CF9AE}" pid="6" name="MSIP_Label_88b1c943-5823-45e2-9d78-199bc9c77958_SiteId">
    <vt:lpwstr>684979a0-8ddc-46a4-986d-0eadc61fdc21</vt:lpwstr>
  </property>
  <property fmtid="{D5CDD505-2E9C-101B-9397-08002B2CF9AE}" pid="7" name="MSIP_Label_88b1c943-5823-45e2-9d78-199bc9c77958_ActionId">
    <vt:lpwstr>97c59277-a471-4605-83f1-d71f5a3e78e1</vt:lpwstr>
  </property>
  <property fmtid="{D5CDD505-2E9C-101B-9397-08002B2CF9AE}" pid="8" name="MSIP_Label_88b1c943-5823-45e2-9d78-199bc9c77958_ContentBits">
    <vt:lpwstr>0</vt:lpwstr>
  </property>
  <property fmtid="{D5CDD505-2E9C-101B-9397-08002B2CF9AE}" pid="9" name="MSIP_Label_88b1c943-5823-45e2-9d78-199bc9c77958_Tag">
    <vt:lpwstr>10, 0, 1, 1</vt:lpwstr>
  </property>
</Properties>
</file>