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CCCE6" w14:textId="46E16ACA" w:rsidR="00F71C1E" w:rsidRDefault="00CD4AB1" w:rsidP="00CA34B3">
      <w:pPr>
        <w:spacing w:after="0" w:line="240" w:lineRule="auto"/>
      </w:pPr>
      <w:bookmarkStart w:id="0" w:name="_GoBack"/>
      <w:bookmarkEnd w:id="0"/>
      <w:r>
        <w:rPr>
          <w:b/>
        </w:rPr>
        <w:t xml:space="preserve">Dane </w:t>
      </w:r>
      <w:proofErr w:type="spellStart"/>
      <w:r>
        <w:rPr>
          <w:b/>
        </w:rPr>
        <w:t>rodzica</w:t>
      </w:r>
      <w:proofErr w:type="spellEnd"/>
      <w:r>
        <w:rPr>
          <w:b/>
        </w:rPr>
        <w:t>/</w:t>
      </w:r>
      <w:proofErr w:type="spellStart"/>
      <w:r>
        <w:rPr>
          <w:b/>
        </w:rPr>
        <w:t>opiekuna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prawnego</w:t>
      </w:r>
      <w:proofErr w:type="spellEnd"/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 w:rsidR="00CB17C6">
        <w:t xml:space="preserve">............................................, </w:t>
      </w:r>
      <w:proofErr w:type="spellStart"/>
      <w:r w:rsidR="00CB17C6">
        <w:t>dnia</w:t>
      </w:r>
      <w:proofErr w:type="spellEnd"/>
      <w:r w:rsidR="00CB17C6">
        <w:t xml:space="preserve"> </w:t>
      </w:r>
      <w:r>
        <w:t>..........................</w:t>
      </w:r>
      <w:r w:rsidR="00F71C1E">
        <w:t>r.</w:t>
      </w:r>
    </w:p>
    <w:p w14:paraId="76B3A3EF" w14:textId="6E054302" w:rsidR="008D2BE4" w:rsidRDefault="00606E1A" w:rsidP="00CA34B3">
      <w:pPr>
        <w:spacing w:after="0" w:line="240" w:lineRule="auto"/>
        <w:ind w:left="2880" w:firstLine="720"/>
        <w:jc w:val="center"/>
      </w:pPr>
      <w:r>
        <w:rPr>
          <w:i/>
        </w:rPr>
        <w:t xml:space="preserve">      </w:t>
      </w:r>
      <w:r w:rsidR="00F71C1E">
        <w:rPr>
          <w:i/>
        </w:rPr>
        <w:t>(</w:t>
      </w:r>
      <w:proofErr w:type="spellStart"/>
      <w:r w:rsidR="00F71C1E">
        <w:rPr>
          <w:i/>
        </w:rPr>
        <w:t>miejscowość</w:t>
      </w:r>
      <w:proofErr w:type="spellEnd"/>
      <w:r w:rsidR="00F71C1E">
        <w:rPr>
          <w:i/>
        </w:rPr>
        <w:t xml:space="preserve">) </w:t>
      </w:r>
      <w:r w:rsidR="00F71C1E">
        <w:rPr>
          <w:i/>
        </w:rPr>
        <w:tab/>
      </w:r>
      <w:r w:rsidR="00F71C1E">
        <w:rPr>
          <w:i/>
        </w:rPr>
        <w:tab/>
      </w:r>
      <w:r>
        <w:rPr>
          <w:i/>
        </w:rPr>
        <w:t xml:space="preserve">          (</w:t>
      </w:r>
      <w:r w:rsidR="00CB17C6">
        <w:rPr>
          <w:i/>
        </w:rPr>
        <w:t>data)</w:t>
      </w:r>
    </w:p>
    <w:p w14:paraId="1B05BCE8" w14:textId="3388CAD9" w:rsidR="00F71C1E" w:rsidRDefault="00CB17C6" w:rsidP="00CA34B3">
      <w:pPr>
        <w:spacing w:after="0" w:line="240" w:lineRule="auto"/>
      </w:pPr>
      <w:r>
        <w:t>..........................................</w:t>
      </w:r>
      <w:r w:rsidR="00FB0FE1">
        <w:t>................</w:t>
      </w:r>
      <w:r>
        <w:br/>
      </w:r>
      <w:r w:rsidR="00FB0FE1">
        <w:rPr>
          <w:i/>
        </w:rPr>
        <w:t xml:space="preserve"> </w:t>
      </w:r>
      <w:r w:rsidR="00F71C1E">
        <w:rPr>
          <w:i/>
        </w:rPr>
        <w:t>(</w:t>
      </w:r>
      <w:proofErr w:type="spellStart"/>
      <w:r w:rsidR="00F71C1E">
        <w:rPr>
          <w:i/>
        </w:rPr>
        <w:t>i</w:t>
      </w:r>
      <w:r>
        <w:rPr>
          <w:i/>
        </w:rPr>
        <w:t>mię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nazwisko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rodzica</w:t>
      </w:r>
      <w:proofErr w:type="spellEnd"/>
      <w:r>
        <w:rPr>
          <w:i/>
        </w:rPr>
        <w:t>/</w:t>
      </w:r>
      <w:proofErr w:type="spellStart"/>
      <w:r>
        <w:rPr>
          <w:i/>
        </w:rPr>
        <w:t>opiekuna</w:t>
      </w:r>
      <w:proofErr w:type="spellEnd"/>
      <w:r>
        <w:rPr>
          <w:i/>
        </w:rPr>
        <w:t>)</w:t>
      </w:r>
      <w:r>
        <w:rPr>
          <w:i/>
        </w:rPr>
        <w:br/>
      </w:r>
    </w:p>
    <w:p w14:paraId="5C2BDD7D" w14:textId="09A33998" w:rsidR="00F71C1E" w:rsidRDefault="00CB17C6" w:rsidP="00CA34B3">
      <w:pPr>
        <w:spacing w:after="0" w:line="240" w:lineRule="auto"/>
      </w:pPr>
      <w:r>
        <w:t>...........................................</w:t>
      </w:r>
      <w:r w:rsidR="00FB0FE1">
        <w:t>..............</w:t>
      </w:r>
      <w:r>
        <w:br/>
      </w:r>
    </w:p>
    <w:p w14:paraId="64A5045A" w14:textId="55CBDB13" w:rsidR="008D2BE4" w:rsidRDefault="00CB17C6" w:rsidP="00CA34B3">
      <w:pPr>
        <w:spacing w:after="0" w:line="240" w:lineRule="auto"/>
      </w:pPr>
      <w:r>
        <w:t>...........................................</w:t>
      </w:r>
      <w:r w:rsidR="00FB0FE1">
        <w:t>..............</w:t>
      </w:r>
      <w:r>
        <w:br/>
      </w:r>
      <w:r w:rsidR="00F71C1E">
        <w:rPr>
          <w:i/>
        </w:rPr>
        <w:t xml:space="preserve">       (</w:t>
      </w:r>
      <w:proofErr w:type="spellStart"/>
      <w:r w:rsidR="00F71C1E">
        <w:rPr>
          <w:i/>
        </w:rPr>
        <w:t>a</w:t>
      </w:r>
      <w:r>
        <w:rPr>
          <w:i/>
        </w:rPr>
        <w:t>dres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zamieszkania</w:t>
      </w:r>
      <w:proofErr w:type="spellEnd"/>
      <w:r>
        <w:rPr>
          <w:i/>
        </w:rPr>
        <w:t>)</w:t>
      </w:r>
      <w:r>
        <w:rPr>
          <w:i/>
        </w:rPr>
        <w:br/>
      </w:r>
    </w:p>
    <w:p w14:paraId="5C2956BD" w14:textId="77777777" w:rsidR="00F71C1E" w:rsidRDefault="00CB17C6" w:rsidP="00262930">
      <w:pPr>
        <w:spacing w:after="0" w:line="360" w:lineRule="auto"/>
        <w:ind w:left="5040" w:firstLine="720"/>
        <w:rPr>
          <w:b/>
        </w:rPr>
      </w:pPr>
      <w:r>
        <w:rPr>
          <w:b/>
        </w:rPr>
        <w:t xml:space="preserve">Do </w:t>
      </w:r>
      <w:proofErr w:type="spellStart"/>
      <w:r>
        <w:rPr>
          <w:b/>
        </w:rPr>
        <w:t>Dyrektora</w:t>
      </w:r>
      <w:proofErr w:type="spellEnd"/>
    </w:p>
    <w:p w14:paraId="11C8E18A" w14:textId="77777777" w:rsidR="00262930" w:rsidRDefault="00F71C1E" w:rsidP="00262930">
      <w:pPr>
        <w:spacing w:after="0" w:line="360" w:lineRule="auto"/>
        <w:ind w:left="3600" w:firstLine="720"/>
        <w:jc w:val="center"/>
        <w:rPr>
          <w:b/>
        </w:rPr>
      </w:pPr>
      <w:proofErr w:type="spellStart"/>
      <w:r>
        <w:rPr>
          <w:b/>
        </w:rPr>
        <w:t>Szkoły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Podstawowej</w:t>
      </w:r>
      <w:proofErr w:type="spellEnd"/>
      <w:r>
        <w:rPr>
          <w:b/>
        </w:rPr>
        <w:t xml:space="preserve"> </w:t>
      </w:r>
    </w:p>
    <w:p w14:paraId="67C3F1C3" w14:textId="77777777" w:rsidR="00262930" w:rsidRDefault="00262930" w:rsidP="00262930">
      <w:pPr>
        <w:spacing w:after="0" w:line="360" w:lineRule="auto"/>
        <w:ind w:left="4320"/>
        <w:jc w:val="center"/>
        <w:rPr>
          <w:b/>
        </w:rPr>
      </w:pPr>
      <w:r>
        <w:rPr>
          <w:b/>
        </w:rPr>
        <w:t xml:space="preserve">       </w:t>
      </w:r>
      <w:proofErr w:type="spellStart"/>
      <w:r w:rsidR="00F71C1E">
        <w:rPr>
          <w:b/>
        </w:rPr>
        <w:t>im</w:t>
      </w:r>
      <w:proofErr w:type="spellEnd"/>
      <w:r w:rsidR="00F71C1E">
        <w:rPr>
          <w:b/>
        </w:rPr>
        <w:t xml:space="preserve">. </w:t>
      </w:r>
      <w:proofErr w:type="spellStart"/>
      <w:r w:rsidR="00F71C1E">
        <w:rPr>
          <w:b/>
        </w:rPr>
        <w:t>Tadeusza</w:t>
      </w:r>
      <w:proofErr w:type="spellEnd"/>
      <w:r w:rsidR="00F71C1E">
        <w:rPr>
          <w:b/>
        </w:rPr>
        <w:t xml:space="preserve"> </w:t>
      </w:r>
      <w:proofErr w:type="spellStart"/>
      <w:r w:rsidR="00F71C1E">
        <w:rPr>
          <w:b/>
        </w:rPr>
        <w:t>Kościuszki</w:t>
      </w:r>
      <w:proofErr w:type="spellEnd"/>
    </w:p>
    <w:p w14:paraId="29A4ECB4" w14:textId="5649C97F" w:rsidR="008D2BE4" w:rsidRPr="00F71C1E" w:rsidRDefault="00F71C1E" w:rsidP="00262930">
      <w:pPr>
        <w:spacing w:after="0" w:line="360" w:lineRule="auto"/>
        <w:ind w:left="4320"/>
        <w:jc w:val="center"/>
        <w:rPr>
          <w:b/>
        </w:rPr>
      </w:pPr>
      <w:r w:rsidRPr="00F71C1E">
        <w:rPr>
          <w:b/>
        </w:rPr>
        <w:t xml:space="preserve">w </w:t>
      </w:r>
      <w:proofErr w:type="spellStart"/>
      <w:r w:rsidRPr="00F71C1E">
        <w:rPr>
          <w:b/>
        </w:rPr>
        <w:t>Górkach</w:t>
      </w:r>
      <w:proofErr w:type="spellEnd"/>
      <w:r w:rsidRPr="00F71C1E">
        <w:rPr>
          <w:b/>
        </w:rPr>
        <w:t xml:space="preserve"> </w:t>
      </w:r>
      <w:proofErr w:type="spellStart"/>
      <w:r w:rsidRPr="00F71C1E">
        <w:rPr>
          <w:b/>
        </w:rPr>
        <w:t>Wielkich</w:t>
      </w:r>
      <w:proofErr w:type="spellEnd"/>
    </w:p>
    <w:p w14:paraId="37198078" w14:textId="5DD3E8AC" w:rsidR="008D2BE4" w:rsidRDefault="00CB17C6">
      <w:pPr>
        <w:spacing w:before="480" w:after="480"/>
        <w:jc w:val="center"/>
      </w:pPr>
      <w:r>
        <w:rPr>
          <w:b/>
          <w:sz w:val="28"/>
        </w:rPr>
        <w:t>OŚWIADCZENIE O REZYGNACJI Z ZAJĘĆ FAKULTATYWNYCH</w:t>
      </w:r>
      <w:r w:rsidR="003F5908">
        <w:rPr>
          <w:b/>
          <w:sz w:val="28"/>
        </w:rPr>
        <w:t xml:space="preserve"> </w:t>
      </w:r>
      <w:r w:rsidR="006E2FEB">
        <w:rPr>
          <w:b/>
          <w:sz w:val="28"/>
        </w:rPr>
        <w:t>“</w:t>
      </w:r>
      <w:proofErr w:type="spellStart"/>
      <w:r w:rsidR="003F5908">
        <w:rPr>
          <w:b/>
          <w:sz w:val="28"/>
        </w:rPr>
        <w:t>Edukacja</w:t>
      </w:r>
      <w:proofErr w:type="spellEnd"/>
      <w:r w:rsidR="003F5908">
        <w:rPr>
          <w:b/>
          <w:sz w:val="28"/>
        </w:rPr>
        <w:t xml:space="preserve"> </w:t>
      </w:r>
      <w:proofErr w:type="spellStart"/>
      <w:r w:rsidR="003F5908">
        <w:rPr>
          <w:b/>
          <w:sz w:val="28"/>
        </w:rPr>
        <w:t>zdrowotna</w:t>
      </w:r>
      <w:proofErr w:type="spellEnd"/>
      <w:r w:rsidR="003F5908">
        <w:rPr>
          <w:b/>
          <w:sz w:val="28"/>
        </w:rPr>
        <w:t xml:space="preserve"> – </w:t>
      </w:r>
      <w:proofErr w:type="spellStart"/>
      <w:r w:rsidR="003F5908">
        <w:rPr>
          <w:b/>
          <w:sz w:val="28"/>
        </w:rPr>
        <w:t>zdrowie</w:t>
      </w:r>
      <w:proofErr w:type="spellEnd"/>
      <w:r w:rsidR="003F5908">
        <w:rPr>
          <w:b/>
          <w:sz w:val="28"/>
        </w:rPr>
        <w:t xml:space="preserve"> </w:t>
      </w:r>
      <w:proofErr w:type="spellStart"/>
      <w:r w:rsidR="003F5908">
        <w:rPr>
          <w:b/>
          <w:sz w:val="28"/>
        </w:rPr>
        <w:t>seksualne</w:t>
      </w:r>
      <w:proofErr w:type="spellEnd"/>
      <w:r w:rsidR="003F5908">
        <w:rPr>
          <w:b/>
          <w:sz w:val="28"/>
        </w:rPr>
        <w:t>”</w:t>
      </w:r>
    </w:p>
    <w:p w14:paraId="68625595" w14:textId="3D7B31A4" w:rsidR="008D2BE4" w:rsidRDefault="00CB17C6">
      <w:r>
        <w:t>Działając jako rodzic / opiekun prawny* ucznia:</w:t>
      </w:r>
      <w:r>
        <w:br/>
      </w:r>
      <w:r>
        <w:br/>
        <w:t>......................................................................................................................................................</w:t>
      </w:r>
      <w:r>
        <w:br/>
      </w:r>
      <w:r>
        <w:rPr>
          <w:i/>
        </w:rPr>
        <w:t>(Imię i nazwisko ucznia)</w:t>
      </w:r>
      <w:r>
        <w:rPr>
          <w:i/>
        </w:rPr>
        <w:br/>
      </w:r>
      <w:r>
        <w:br/>
        <w:t>uczęszczającego do klasy ....................</w:t>
      </w:r>
      <w:r w:rsidR="003F5908">
        <w:t>......</w:t>
      </w:r>
      <w:r>
        <w:br/>
      </w:r>
      <w:r>
        <w:br/>
        <w:t xml:space="preserve">niniejszym oświadczam, że </w:t>
      </w:r>
      <w:r>
        <w:rPr>
          <w:b/>
        </w:rPr>
        <w:t>rezygnuję z udziału mojego dziecka w fakultatywnych zajęciach szkolnych z zakresu „Edukacja zdrowotna – zdrowie seksualne”</w:t>
      </w:r>
      <w:r>
        <w:t xml:space="preserve"> w roku szkolnym 2026/2027.</w:t>
      </w:r>
      <w:r>
        <w:br/>
      </w:r>
      <w:r>
        <w:br/>
        <w:t>Jednocześnie przyjmuję do wiadomości, że zgodnie z aktualnymi przepisami prawa oświatowego, rezygnacja ta dotyczy wyłącznie wyżej wymienionego modułu fakultatywnego (dodatkowego) i nie zwalnia mojego dziecka z obowiązku uczęszczania na lekcje obligatoryjnego przedmiotu „Edukacja zdrowotna”.</w:t>
      </w:r>
      <w:r>
        <w:br/>
      </w:r>
    </w:p>
    <w:p w14:paraId="53C69834" w14:textId="77777777" w:rsidR="006B42C5" w:rsidRDefault="006B42C5" w:rsidP="006B42C5">
      <w:pPr>
        <w:spacing w:after="0" w:line="240" w:lineRule="auto"/>
        <w:jc w:val="right"/>
      </w:pPr>
    </w:p>
    <w:p w14:paraId="50E63DD1" w14:textId="77777777" w:rsidR="006B42C5" w:rsidRDefault="006B42C5" w:rsidP="006B42C5">
      <w:pPr>
        <w:spacing w:after="0" w:line="240" w:lineRule="auto"/>
        <w:jc w:val="right"/>
      </w:pPr>
    </w:p>
    <w:p w14:paraId="04BE6640" w14:textId="04C9E86D" w:rsidR="006B42C5" w:rsidRDefault="00CB17C6" w:rsidP="006B42C5">
      <w:pPr>
        <w:spacing w:after="0" w:line="240" w:lineRule="auto"/>
        <w:jc w:val="right"/>
      </w:pPr>
      <w:r>
        <w:t>............................................</w:t>
      </w:r>
      <w:r w:rsidR="006B42C5">
        <w:t>...............................</w:t>
      </w:r>
    </w:p>
    <w:p w14:paraId="1F7A14BD" w14:textId="673A7B67" w:rsidR="008D2BE4" w:rsidRDefault="006B42C5" w:rsidP="006B42C5">
      <w:pPr>
        <w:spacing w:after="0" w:line="240" w:lineRule="auto"/>
        <w:ind w:left="3600" w:firstLine="720"/>
        <w:jc w:val="center"/>
      </w:pPr>
      <w:r>
        <w:rPr>
          <w:i/>
        </w:rPr>
        <w:t xml:space="preserve">      </w:t>
      </w:r>
      <w:r w:rsidR="00CB17C6">
        <w:rPr>
          <w:i/>
        </w:rPr>
        <w:t>(</w:t>
      </w:r>
      <w:proofErr w:type="spellStart"/>
      <w:r w:rsidR="00CB17C6">
        <w:rPr>
          <w:i/>
        </w:rPr>
        <w:t>własnoręczny</w:t>
      </w:r>
      <w:proofErr w:type="spellEnd"/>
      <w:r w:rsidR="00CB17C6">
        <w:rPr>
          <w:i/>
        </w:rPr>
        <w:t xml:space="preserve"> </w:t>
      </w:r>
      <w:proofErr w:type="spellStart"/>
      <w:r w:rsidR="00CB17C6">
        <w:rPr>
          <w:i/>
        </w:rPr>
        <w:t>podpis</w:t>
      </w:r>
      <w:proofErr w:type="spellEnd"/>
      <w:r w:rsidR="00CB17C6">
        <w:rPr>
          <w:i/>
        </w:rPr>
        <w:t xml:space="preserve"> </w:t>
      </w:r>
      <w:proofErr w:type="spellStart"/>
      <w:r w:rsidR="00CB17C6">
        <w:rPr>
          <w:i/>
        </w:rPr>
        <w:t>rodzica</w:t>
      </w:r>
      <w:proofErr w:type="spellEnd"/>
      <w:r w:rsidR="00CB17C6">
        <w:rPr>
          <w:i/>
        </w:rPr>
        <w:t>/</w:t>
      </w:r>
      <w:proofErr w:type="spellStart"/>
      <w:r w:rsidR="00CB17C6">
        <w:rPr>
          <w:i/>
        </w:rPr>
        <w:t>opiekuna</w:t>
      </w:r>
      <w:proofErr w:type="spellEnd"/>
      <w:r w:rsidR="00CB17C6">
        <w:rPr>
          <w:i/>
        </w:rPr>
        <w:t>)</w:t>
      </w:r>
    </w:p>
    <w:p w14:paraId="297A67CF" w14:textId="68061CB3" w:rsidR="008D2BE4" w:rsidRDefault="008D2BE4">
      <w:pPr>
        <w:spacing w:before="800"/>
      </w:pPr>
    </w:p>
    <w:sectPr w:rsidR="008D2BE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2930"/>
    <w:rsid w:val="0029639D"/>
    <w:rsid w:val="00326F90"/>
    <w:rsid w:val="003C7C53"/>
    <w:rsid w:val="003F5908"/>
    <w:rsid w:val="00606E1A"/>
    <w:rsid w:val="006A15D5"/>
    <w:rsid w:val="006B42C5"/>
    <w:rsid w:val="006E2FEB"/>
    <w:rsid w:val="007C30B6"/>
    <w:rsid w:val="008C4088"/>
    <w:rsid w:val="008D2BE4"/>
    <w:rsid w:val="0099340A"/>
    <w:rsid w:val="00AA1D8D"/>
    <w:rsid w:val="00B47730"/>
    <w:rsid w:val="00CA34B3"/>
    <w:rsid w:val="00CB0664"/>
    <w:rsid w:val="00CB17C6"/>
    <w:rsid w:val="00CD4AB1"/>
    <w:rsid w:val="00E475D7"/>
    <w:rsid w:val="00EC118D"/>
    <w:rsid w:val="00F71C1E"/>
    <w:rsid w:val="00F72EA1"/>
    <w:rsid w:val="00FB0F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CBBFBD4-A7B9-442A-8DDB-15BB86A7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C7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C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71AE6A-F1D0-4308-A86B-74C6ACD9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 Nędzi</cp:lastModifiedBy>
  <cp:revision>2</cp:revision>
  <cp:lastPrinted>2026-08-31T10:26:00Z</cp:lastPrinted>
  <dcterms:created xsi:type="dcterms:W3CDTF">2026-08-31T10:42:00Z</dcterms:created>
  <dcterms:modified xsi:type="dcterms:W3CDTF">2026-08-31T10:42:00Z</dcterms:modified>
  <cp:category/>
</cp:coreProperties>
</file>